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922E" w14:textId="77777777" w:rsidR="006848A8" w:rsidRPr="00FF5E87" w:rsidRDefault="00FF5E87" w:rsidP="00FF5E87">
      <w:pPr>
        <w:pStyle w:val="Titre1"/>
        <w:shd w:val="clear" w:color="auto" w:fill="B6DDE8" w:themeFill="accent5" w:themeFillTint="66"/>
        <w:jc w:val="center"/>
        <w:rPr>
          <w:rFonts w:ascii="Book Antiqua" w:hAnsi="Book Antiqua"/>
          <w:color w:val="000000" w:themeColor="text1"/>
          <w:lang w:val="fr-BE"/>
        </w:rPr>
      </w:pPr>
      <w:r w:rsidRPr="00FF5E87">
        <w:rPr>
          <w:rFonts w:ascii="Book Antiqua" w:hAnsi="Book Antiqua"/>
          <w:color w:val="000000" w:themeColor="text1"/>
          <w:lang w:val="fr-BE"/>
        </w:rPr>
        <w:t>Formulaire de candidature – Logement tremplin</w:t>
      </w:r>
    </w:p>
    <w:p w14:paraId="1F5EC70E" w14:textId="26ED6AFE" w:rsidR="006848A8" w:rsidRPr="00FF5E87" w:rsidRDefault="00FF5E87" w:rsidP="00FF5E87">
      <w:pPr>
        <w:shd w:val="clear" w:color="auto" w:fill="B6DDE8" w:themeFill="accent5" w:themeFillTint="66"/>
        <w:jc w:val="center"/>
        <w:rPr>
          <w:rFonts w:ascii="Book Antiqua" w:hAnsi="Book Antiqua"/>
          <w:sz w:val="28"/>
          <w:szCs w:val="28"/>
          <w:lang w:val="fr-BE"/>
        </w:rPr>
      </w:pPr>
      <w:r w:rsidRPr="00FF5E87">
        <w:rPr>
          <w:rFonts w:ascii="Book Antiqua" w:hAnsi="Book Antiqua"/>
          <w:sz w:val="28"/>
          <w:szCs w:val="28"/>
          <w:lang w:val="fr-BE"/>
        </w:rPr>
        <w:t>Commune de Martelange – Rue de Neufchâteau 8A/8B à Radelange</w:t>
      </w:r>
    </w:p>
    <w:p w14:paraId="12071D7C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1. Identité du/des candidat(s)</w:t>
      </w:r>
    </w:p>
    <w:p w14:paraId="3602D6C5" w14:textId="5DD73881" w:rsidR="006848A8" w:rsidRPr="00FF5E87" w:rsidRDefault="00FF5E87" w:rsidP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Nom et prénom du candidat 1 : …………………………………………………………………</w:t>
      </w:r>
    </w:p>
    <w:p w14:paraId="176134AB" w14:textId="77777777" w:rsidR="00FF5E87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Date de naissance : …………………………………  </w:t>
      </w:r>
    </w:p>
    <w:p w14:paraId="25F60A4D" w14:textId="249F8940" w:rsidR="006848A8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N° registre national : …………………………………</w:t>
      </w:r>
    </w:p>
    <w:p w14:paraId="15062403" w14:textId="77777777" w:rsidR="00FF5E87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Téléphone : …………………………………………  </w:t>
      </w:r>
    </w:p>
    <w:p w14:paraId="6AF5F16E" w14:textId="072E447D" w:rsidR="006848A8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Email : ………………………………………………………</w:t>
      </w:r>
    </w:p>
    <w:p w14:paraId="783BF168" w14:textId="0555B3EE" w:rsidR="006848A8" w:rsidRPr="00FF5E87" w:rsidRDefault="00FF5E87" w:rsidP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Nom et prénom du candidat 2 (le cas échéant) : ………………………………………………</w:t>
      </w:r>
    </w:p>
    <w:p w14:paraId="2A888DCD" w14:textId="77777777" w:rsidR="00FF5E87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Date de naissance : …………………………………  </w:t>
      </w:r>
    </w:p>
    <w:p w14:paraId="2EA92B14" w14:textId="43E45B1F" w:rsidR="006848A8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N° registre national : …………………………………</w:t>
      </w:r>
    </w:p>
    <w:p w14:paraId="5A41A9B9" w14:textId="77777777" w:rsidR="00FF5E87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Téléphone : …………………………………………  </w:t>
      </w:r>
    </w:p>
    <w:p w14:paraId="2AE66154" w14:textId="53B4CDA2" w:rsidR="006848A8" w:rsidRPr="00FF5E87" w:rsidRDefault="00FF5E87" w:rsidP="00FF5E87">
      <w:pPr>
        <w:ind w:left="7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Email : ………………………………………………………</w:t>
      </w:r>
    </w:p>
    <w:p w14:paraId="63309CCB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2. Composition du ménage</w:t>
      </w:r>
    </w:p>
    <w:p w14:paraId="5AFC0A4F" w14:textId="0F888C35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Nombre de personnes à charge  : …………………………………………</w:t>
      </w:r>
    </w:p>
    <w:p w14:paraId="12246E7D" w14:textId="77777777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Nom, prénom et date de naissance de chaque personne vivant dans le logement :</w:t>
      </w:r>
    </w:p>
    <w:p w14:paraId="1AAF7992" w14:textId="6CB8C6B5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• …………………………………………………………………………………………………………………</w:t>
      </w:r>
    </w:p>
    <w:p w14:paraId="58D78671" w14:textId="2A111754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• …………………………………………………………………………………………………………………</w:t>
      </w:r>
    </w:p>
    <w:p w14:paraId="5F4D83ED" w14:textId="0EB3FD82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• …………………………………………………………………………………………………………………</w:t>
      </w:r>
    </w:p>
    <w:p w14:paraId="3BCB03FF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3. Situation actuelle</w:t>
      </w:r>
    </w:p>
    <w:p w14:paraId="766532DD" w14:textId="517B1C9C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Adresse actuelle : ………………………………………………………………………………………………</w:t>
      </w:r>
    </w:p>
    <w:p w14:paraId="235D3156" w14:textId="03E297CC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Depuis quand y résidez-vous ? ………………………………………………………………………………</w:t>
      </w:r>
    </w:p>
    <w:p w14:paraId="493A7D31" w14:textId="6526B00B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Êtes-vous propriétaire ou locataire ? …………………………………………………………………………</w:t>
      </w:r>
    </w:p>
    <w:p w14:paraId="63E1AF8B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4. Motivation de la demande</w:t>
      </w:r>
    </w:p>
    <w:p w14:paraId="6418532B" w14:textId="77777777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Expliquez brièvement pourquoi vous souhaitez bénéficier d’un logement tremplin :</w:t>
      </w:r>
    </w:p>
    <w:p w14:paraId="143B7323" w14:textId="21CD536D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……………………………………………………………………………………………………………………</w:t>
      </w:r>
    </w:p>
    <w:p w14:paraId="47BCC960" w14:textId="5D064367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lastRenderedPageBreak/>
        <w:t>……………………………………………………………………………………………………………………</w:t>
      </w:r>
    </w:p>
    <w:p w14:paraId="3086428A" w14:textId="5454B935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……………………………………………………………………………………………………………………</w:t>
      </w:r>
    </w:p>
    <w:p w14:paraId="29B379BB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5. Revenus et emploi</w:t>
      </w:r>
    </w:p>
    <w:p w14:paraId="6551CD5A" w14:textId="236D2AC8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Profession du candidat 1 : ……………………………………………………………………………………</w:t>
      </w:r>
    </w:p>
    <w:p w14:paraId="0E3FEE68" w14:textId="77777777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Revenus mensuels nets : ………………………………………</w:t>
      </w:r>
    </w:p>
    <w:p w14:paraId="45A9D729" w14:textId="5FF2D755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Profession du candidat 2 : ……………………………………………………………………………………</w:t>
      </w:r>
    </w:p>
    <w:p w14:paraId="1FB00F65" w14:textId="77777777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Revenus mensuels nets : ………………………………………</w:t>
      </w:r>
    </w:p>
    <w:p w14:paraId="404B64D1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6. Pièces à joindre</w:t>
      </w:r>
    </w:p>
    <w:p w14:paraId="27677893" w14:textId="77777777" w:rsidR="006848A8" w:rsidRPr="00FF5E87" w:rsidRDefault="00FF5E87">
      <w:pPr>
        <w:pStyle w:val="Listepuces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- Formulaire complété et signé</w:t>
      </w:r>
    </w:p>
    <w:p w14:paraId="4789604A" w14:textId="77777777" w:rsidR="006848A8" w:rsidRPr="00FF5E87" w:rsidRDefault="00FF5E87">
      <w:pPr>
        <w:pStyle w:val="Listepuces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- Copie des cartes d’identité des membres du ménage</w:t>
      </w:r>
    </w:p>
    <w:p w14:paraId="7C3FDC42" w14:textId="72D0436A" w:rsidR="006848A8" w:rsidRPr="00FF5E87" w:rsidRDefault="00FF5E87">
      <w:pPr>
        <w:pStyle w:val="Listepuces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- Extrait de casier judiciaire </w:t>
      </w:r>
    </w:p>
    <w:p w14:paraId="38F1C6F7" w14:textId="77777777" w:rsidR="006848A8" w:rsidRPr="00FF5E87" w:rsidRDefault="00FF5E87">
      <w:pPr>
        <w:pStyle w:val="Listepuces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- Preuve de revenus récents (3 dernières fiches de paie, attestation CPAS, etc.)</w:t>
      </w:r>
    </w:p>
    <w:p w14:paraId="2E6AB64B" w14:textId="77777777" w:rsidR="006848A8" w:rsidRPr="00FF5E87" w:rsidRDefault="00FF5E87">
      <w:pPr>
        <w:pStyle w:val="Listepuces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- Demande relative à un animal de compagnie, le cas échéant (type, race, taille, âge)</w:t>
      </w:r>
    </w:p>
    <w:p w14:paraId="4EE01670" w14:textId="77777777" w:rsidR="006848A8" w:rsidRPr="00FF5E87" w:rsidRDefault="00FF5E87">
      <w:pPr>
        <w:pStyle w:val="Titre2"/>
        <w:rPr>
          <w:rFonts w:ascii="Book Antiqua" w:hAnsi="Book Antiqua"/>
          <w:color w:val="000000" w:themeColor="text1"/>
          <w:sz w:val="24"/>
          <w:szCs w:val="24"/>
          <w:lang w:val="fr-BE"/>
        </w:rPr>
      </w:pPr>
      <w:r w:rsidRPr="00FF5E87">
        <w:rPr>
          <w:rFonts w:ascii="Book Antiqua" w:hAnsi="Book Antiqua"/>
          <w:color w:val="000000" w:themeColor="text1"/>
          <w:sz w:val="24"/>
          <w:szCs w:val="24"/>
          <w:lang w:val="fr-BE"/>
        </w:rPr>
        <w:t>7. Déclaration sur l'honneur</w:t>
      </w:r>
    </w:p>
    <w:p w14:paraId="05C9B390" w14:textId="0379C658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Je déclare sur l’honneur que les informations fournies sont exactes et complètes. Je comprends que toute fausse déclaration peut entraîner le refus ou la résiliation de la location.</w:t>
      </w:r>
    </w:p>
    <w:p w14:paraId="25FA4BDE" w14:textId="125DE7FC" w:rsidR="006848A8" w:rsidRPr="00FF5E87" w:rsidRDefault="00FF5E87" w:rsidP="00FF5E87">
      <w:pPr>
        <w:ind w:left="43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br/>
        <w:t xml:space="preserve">Date : </w:t>
      </w:r>
    </w:p>
    <w:p w14:paraId="0E3D521A" w14:textId="37995B34" w:rsidR="006848A8" w:rsidRPr="00FF5E87" w:rsidRDefault="00FF5E87" w:rsidP="00FF5E87">
      <w:pPr>
        <w:ind w:left="43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Signature du candidat 1 : </w:t>
      </w:r>
    </w:p>
    <w:p w14:paraId="618369BD" w14:textId="114CBDA0" w:rsidR="006848A8" w:rsidRPr="00FF5E87" w:rsidRDefault="00FF5E87" w:rsidP="00FF5E87">
      <w:pPr>
        <w:ind w:left="432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Signature du candidat 2 : </w:t>
      </w:r>
    </w:p>
    <w:p w14:paraId="63E7A2CF" w14:textId="77777777" w:rsidR="00FF5E87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br/>
      </w:r>
    </w:p>
    <w:p w14:paraId="4ECFC375" w14:textId="77777777" w:rsidR="00FF5E87" w:rsidRPr="00FF5E87" w:rsidRDefault="00FF5E87">
      <w:pPr>
        <w:rPr>
          <w:rFonts w:ascii="Book Antiqua" w:hAnsi="Book Antiqua"/>
          <w:lang w:val="fr-BE"/>
        </w:rPr>
      </w:pPr>
    </w:p>
    <w:p w14:paraId="097C5DA4" w14:textId="2E302CC7" w:rsidR="006848A8" w:rsidRPr="00FF5E87" w:rsidRDefault="00FF5E87">
      <w:pPr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À envoyer par courrier ou par mail à :</w:t>
      </w:r>
    </w:p>
    <w:p w14:paraId="272C2B5E" w14:textId="77777777" w:rsidR="00FF5E87" w:rsidRPr="00FF5E87" w:rsidRDefault="00FF5E87" w:rsidP="00FF5E87">
      <w:pPr>
        <w:spacing w:after="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 xml:space="preserve">A l’attention du Collège communal </w:t>
      </w:r>
    </w:p>
    <w:p w14:paraId="7A8E5BD9" w14:textId="061A0EED" w:rsidR="00FF5E87" w:rsidRPr="00FF5E87" w:rsidRDefault="001F0FCB" w:rsidP="00FF5E87">
      <w:pPr>
        <w:spacing w:after="0"/>
        <w:rPr>
          <w:rFonts w:ascii="Book Antiqua" w:hAnsi="Book Antiqua"/>
          <w:lang w:val="fr-BE"/>
        </w:rPr>
      </w:pPr>
      <w:r>
        <w:rPr>
          <w:rFonts w:ascii="Book Antiqua" w:hAnsi="Book Antiqua"/>
          <w:lang w:val="fr-BE"/>
        </w:rPr>
        <w:t>Monsieur Damien Volpagni</w:t>
      </w:r>
      <w:r w:rsidR="00FF5E87" w:rsidRPr="00FF5E87">
        <w:rPr>
          <w:rFonts w:ascii="Book Antiqua" w:hAnsi="Book Antiqua"/>
          <w:lang w:val="fr-BE"/>
        </w:rPr>
        <w:br/>
        <w:t>Commune de Martelange</w:t>
      </w:r>
      <w:r w:rsidR="00FF5E87" w:rsidRPr="00FF5E87">
        <w:rPr>
          <w:rFonts w:ascii="Book Antiqua" w:hAnsi="Book Antiqua"/>
          <w:lang w:val="fr-BE"/>
        </w:rPr>
        <w:br/>
        <w:t xml:space="preserve">Chemin du Moulin, 1 </w:t>
      </w:r>
    </w:p>
    <w:p w14:paraId="1F5880B7" w14:textId="77777777" w:rsidR="00FF5E87" w:rsidRPr="00FF5E87" w:rsidRDefault="00FF5E87" w:rsidP="00FF5E87">
      <w:pPr>
        <w:spacing w:after="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t>6630 Martelange</w:t>
      </w:r>
    </w:p>
    <w:p w14:paraId="0321183A" w14:textId="3008312E" w:rsidR="006848A8" w:rsidRPr="00FF5E87" w:rsidRDefault="00FF5E87" w:rsidP="00FF5E87">
      <w:pPr>
        <w:spacing w:after="0"/>
        <w:rPr>
          <w:rFonts w:ascii="Book Antiqua" w:hAnsi="Book Antiqua"/>
          <w:lang w:val="fr-BE"/>
        </w:rPr>
      </w:pPr>
      <w:r w:rsidRPr="00FF5E87">
        <w:rPr>
          <w:rFonts w:ascii="Book Antiqua" w:hAnsi="Book Antiqua"/>
          <w:lang w:val="fr-BE"/>
        </w:rPr>
        <w:br/>
      </w:r>
      <w:r w:rsidRPr="00FF5E87">
        <w:rPr>
          <w:rFonts w:ascii="Segoe UI Emoji" w:hAnsi="Segoe UI Emoji" w:cs="Segoe UI Emoji"/>
          <w:lang w:val="fr-BE"/>
        </w:rPr>
        <w:t>📧</w:t>
      </w:r>
      <w:r w:rsidRPr="00FF5E87">
        <w:rPr>
          <w:rFonts w:ascii="Book Antiqua" w:hAnsi="Book Antiqua"/>
          <w:lang w:val="fr-BE"/>
        </w:rPr>
        <w:t xml:space="preserve"> </w:t>
      </w:r>
      <w:r w:rsidR="001F0FCB">
        <w:rPr>
          <w:rFonts w:ascii="Book Antiqua" w:hAnsi="Book Antiqua"/>
          <w:lang w:val="fr-BE"/>
        </w:rPr>
        <w:t>urbanisme</w:t>
      </w:r>
      <w:r w:rsidRPr="00FF5E87">
        <w:rPr>
          <w:rFonts w:ascii="Book Antiqua" w:hAnsi="Book Antiqua"/>
          <w:lang w:val="fr-BE"/>
        </w:rPr>
        <w:t>@martelange.be</w:t>
      </w:r>
    </w:p>
    <w:sectPr w:rsidR="006848A8" w:rsidRPr="00FF5E87" w:rsidSect="00FF5E87">
      <w:pgSz w:w="12240" w:h="15840"/>
      <w:pgMar w:top="1440" w:right="1183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5275057">
    <w:abstractNumId w:val="8"/>
  </w:num>
  <w:num w:numId="2" w16cid:durableId="1520192230">
    <w:abstractNumId w:val="6"/>
  </w:num>
  <w:num w:numId="3" w16cid:durableId="1560478599">
    <w:abstractNumId w:val="5"/>
  </w:num>
  <w:num w:numId="4" w16cid:durableId="1395544708">
    <w:abstractNumId w:val="4"/>
  </w:num>
  <w:num w:numId="5" w16cid:durableId="1585601244">
    <w:abstractNumId w:val="7"/>
  </w:num>
  <w:num w:numId="6" w16cid:durableId="1479960711">
    <w:abstractNumId w:val="3"/>
  </w:num>
  <w:num w:numId="7" w16cid:durableId="1513252726">
    <w:abstractNumId w:val="2"/>
  </w:num>
  <w:num w:numId="8" w16cid:durableId="1322199227">
    <w:abstractNumId w:val="1"/>
  </w:num>
  <w:num w:numId="9" w16cid:durableId="201467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FCB"/>
    <w:rsid w:val="0029639D"/>
    <w:rsid w:val="00326F90"/>
    <w:rsid w:val="005A163E"/>
    <w:rsid w:val="006848A8"/>
    <w:rsid w:val="00AA1D8D"/>
    <w:rsid w:val="00B47730"/>
    <w:rsid w:val="00CB0664"/>
    <w:rsid w:val="00F407B4"/>
    <w:rsid w:val="00FC693F"/>
    <w:rsid w:val="00FF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5B8FB"/>
  <w14:defaultImageDpi w14:val="300"/>
  <w15:docId w15:val="{1A7E01ED-39BA-4B77-852A-0E7F4409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346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Loraine Georges</cp:lastModifiedBy>
  <cp:revision>3</cp:revision>
  <dcterms:created xsi:type="dcterms:W3CDTF">2025-07-18T08:23:00Z</dcterms:created>
  <dcterms:modified xsi:type="dcterms:W3CDTF">2025-09-29T13:33:00Z</dcterms:modified>
  <cp:category/>
</cp:coreProperties>
</file>